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607DA" w14:textId="422E8EC7" w:rsidR="00D51EF9" w:rsidRDefault="00A27726" w:rsidP="005277A2">
      <w:pPr>
        <w:spacing w:after="20"/>
      </w:pPr>
      <w:r w:rsidRPr="00A27726">
        <w:rPr>
          <w:b/>
          <w:sz w:val="23"/>
          <w:lang w:val="en-IN"/>
        </w:rPr>
        <w:drawing>
          <wp:anchor distT="0" distB="0" distL="114300" distR="114300" simplePos="0" relativeHeight="251658240" behindDoc="0" locked="0" layoutInCell="1" allowOverlap="1" wp14:anchorId="2F580CE9" wp14:editId="11547F47">
            <wp:simplePos x="0" y="0"/>
            <wp:positionH relativeFrom="column">
              <wp:posOffset>5005705</wp:posOffset>
            </wp:positionH>
            <wp:positionV relativeFrom="paragraph">
              <wp:posOffset>-280247</wp:posOffset>
            </wp:positionV>
            <wp:extent cx="1399963" cy="1869338"/>
            <wp:effectExtent l="0" t="0" r="0" b="0"/>
            <wp:wrapNone/>
            <wp:docPr id="7676662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963" cy="186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1F4E79"/>
          <w:sz w:val="42"/>
        </w:rPr>
        <w:t>NAVEEN KUMAR P</w:t>
      </w:r>
    </w:p>
    <w:p w14:paraId="5FF40CB3" w14:textId="675EFD76" w:rsidR="00A27726" w:rsidRPr="00A27726" w:rsidRDefault="000C4A35" w:rsidP="00A27726">
      <w:pPr>
        <w:spacing w:after="40"/>
        <w:rPr>
          <w:b/>
          <w:sz w:val="23"/>
          <w:lang w:val="en-IN"/>
        </w:rPr>
      </w:pPr>
      <w:r>
        <w:rPr>
          <w:b/>
          <w:sz w:val="23"/>
        </w:rPr>
        <w:t>Assistant</w:t>
      </w:r>
      <w:r w:rsidR="00000000">
        <w:rPr>
          <w:b/>
          <w:sz w:val="23"/>
        </w:rPr>
        <w:t xml:space="preserve"> Professor</w:t>
      </w:r>
      <w:r w:rsidR="00A27726" w:rsidRPr="00A27726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</w:p>
    <w:p w14:paraId="143D3A2B" w14:textId="1D07FEF4" w:rsidR="00D51EF9" w:rsidRDefault="00000000" w:rsidP="005277A2">
      <w:pPr>
        <w:spacing w:after="100"/>
      </w:pPr>
      <w:r>
        <w:rPr>
          <w:sz w:val="19"/>
        </w:rPr>
        <w:t xml:space="preserve">Department of Physics • Government College, Kasaragod, Kerala </w:t>
      </w:r>
    </w:p>
    <w:p w14:paraId="7B783810" w14:textId="5EE5534B" w:rsidR="005277A2" w:rsidRDefault="00A27726" w:rsidP="005277A2">
      <w:pPr>
        <w:spacing w:after="140"/>
        <w:rPr>
          <w:b/>
          <w:sz w:val="19"/>
        </w:rPr>
      </w:pPr>
      <w:hyperlink r:id="rId9" w:history="1">
        <w:r w:rsidRPr="0003558E">
          <w:rPr>
            <w:rStyle w:val="Hyperlink"/>
            <w:b/>
            <w:sz w:val="19"/>
          </w:rPr>
          <w:t>naveennaik309@gmail.com</w:t>
        </w:r>
      </w:hyperlink>
    </w:p>
    <w:p w14:paraId="22D1FDD9" w14:textId="16880817" w:rsidR="00A27726" w:rsidRPr="005277A2" w:rsidRDefault="00A27726" w:rsidP="005277A2">
      <w:pPr>
        <w:spacing w:after="140"/>
        <w:rPr>
          <w:b/>
          <w:sz w:val="19"/>
          <w:lang w:val="en-IN"/>
        </w:rPr>
      </w:pPr>
      <w:r>
        <w:rPr>
          <w:b/>
          <w:sz w:val="19"/>
        </w:rPr>
        <w:t>Ph: 9686223288</w:t>
      </w:r>
    </w:p>
    <w:p w14:paraId="3EECFAC7" w14:textId="77777777" w:rsidR="00D51EF9" w:rsidRDefault="00000000">
      <w:pPr>
        <w:pBdr>
          <w:bottom w:val="single" w:sz="8" w:space="2" w:color="1F4E79"/>
        </w:pBdr>
        <w:spacing w:before="180" w:after="80"/>
      </w:pPr>
      <w:r>
        <w:rPr>
          <w:b/>
          <w:color w:val="1F4E79"/>
          <w:sz w:val="23"/>
        </w:rPr>
        <w:t>EDUCATION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86"/>
        <w:gridCol w:w="3385"/>
        <w:gridCol w:w="3385"/>
      </w:tblGrid>
      <w:tr w:rsidR="00D51EF9" w:rsidRPr="00A27726" w14:paraId="30AD4BED" w14:textId="77777777" w:rsidTr="000C4A35">
        <w:trPr>
          <w:jc w:val="center"/>
        </w:trPr>
        <w:tc>
          <w:tcPr>
            <w:tcW w:w="3386" w:type="dxa"/>
            <w:shd w:val="clear" w:color="auto" w:fill="1F4E79"/>
          </w:tcPr>
          <w:p w14:paraId="245D6A0E" w14:textId="0C3187A0" w:rsidR="00D51EF9" w:rsidRPr="00A27726" w:rsidRDefault="00D51EF9">
            <w:pPr>
              <w:rPr>
                <w:szCs w:val="20"/>
              </w:rPr>
            </w:pPr>
          </w:p>
        </w:tc>
        <w:tc>
          <w:tcPr>
            <w:tcW w:w="3385" w:type="dxa"/>
            <w:shd w:val="clear" w:color="auto" w:fill="1F4E79"/>
          </w:tcPr>
          <w:p w14:paraId="2EBA52AF" w14:textId="165D1669" w:rsidR="00D51EF9" w:rsidRPr="00A27726" w:rsidRDefault="00D51EF9">
            <w:pPr>
              <w:rPr>
                <w:szCs w:val="20"/>
              </w:rPr>
            </w:pPr>
          </w:p>
        </w:tc>
        <w:tc>
          <w:tcPr>
            <w:tcW w:w="3385" w:type="dxa"/>
            <w:shd w:val="clear" w:color="auto" w:fill="1F4E79"/>
          </w:tcPr>
          <w:p w14:paraId="3D02D4DF" w14:textId="29394D74" w:rsidR="00D51EF9" w:rsidRPr="00A27726" w:rsidRDefault="00D51EF9">
            <w:pPr>
              <w:rPr>
                <w:szCs w:val="20"/>
              </w:rPr>
            </w:pPr>
          </w:p>
        </w:tc>
      </w:tr>
      <w:tr w:rsidR="000C4A35" w:rsidRPr="00A27726" w14:paraId="1E1F13CF" w14:textId="77777777" w:rsidTr="000C4A35">
        <w:trPr>
          <w:jc w:val="center"/>
        </w:trPr>
        <w:tc>
          <w:tcPr>
            <w:tcW w:w="338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3467F92" w14:textId="2E29A065" w:rsidR="000C4A35" w:rsidRPr="00A27726" w:rsidRDefault="000C4A35" w:rsidP="000C4A35">
            <w:pPr>
              <w:rPr>
                <w:szCs w:val="20"/>
              </w:rPr>
            </w:pPr>
            <w:r w:rsidRPr="00A27726">
              <w:rPr>
                <w:szCs w:val="20"/>
              </w:rPr>
              <w:t>M.Sc. Physics</w:t>
            </w:r>
          </w:p>
        </w:tc>
        <w:tc>
          <w:tcPr>
            <w:tcW w:w="338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298A78E" w14:textId="29AD4683" w:rsidR="000C4A35" w:rsidRPr="00A27726" w:rsidRDefault="000C4A35" w:rsidP="000C4A35">
            <w:pPr>
              <w:rPr>
                <w:szCs w:val="20"/>
              </w:rPr>
            </w:pPr>
            <w:r w:rsidRPr="00A27726">
              <w:rPr>
                <w:szCs w:val="20"/>
              </w:rPr>
              <w:t>2016</w:t>
            </w:r>
          </w:p>
        </w:tc>
        <w:tc>
          <w:tcPr>
            <w:tcW w:w="338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560D02C" w14:textId="7776D499" w:rsidR="000C4A35" w:rsidRPr="00A27726" w:rsidRDefault="000C4A35" w:rsidP="000C4A35">
            <w:pPr>
              <w:rPr>
                <w:szCs w:val="20"/>
              </w:rPr>
            </w:pPr>
            <w:r w:rsidRPr="00A27726">
              <w:rPr>
                <w:szCs w:val="20"/>
              </w:rPr>
              <w:t>Mangalore University</w:t>
            </w:r>
          </w:p>
        </w:tc>
      </w:tr>
      <w:tr w:rsidR="000C4A35" w:rsidRPr="00A27726" w14:paraId="5756E9B8" w14:textId="77777777" w:rsidTr="000C4A35">
        <w:trPr>
          <w:jc w:val="center"/>
        </w:trPr>
        <w:tc>
          <w:tcPr>
            <w:tcW w:w="338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947AE5D" w14:textId="24FCAD2C" w:rsidR="000C4A35" w:rsidRPr="00A27726" w:rsidRDefault="000C4A35" w:rsidP="000C4A35">
            <w:pPr>
              <w:rPr>
                <w:szCs w:val="20"/>
              </w:rPr>
            </w:pPr>
            <w:r w:rsidRPr="00A27726">
              <w:rPr>
                <w:szCs w:val="20"/>
              </w:rPr>
              <w:t>B.Sc. Physics</w:t>
            </w:r>
          </w:p>
        </w:tc>
        <w:tc>
          <w:tcPr>
            <w:tcW w:w="338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DF8E82C" w14:textId="69FFE6A4" w:rsidR="000C4A35" w:rsidRPr="00A27726" w:rsidRDefault="000C4A35" w:rsidP="000C4A35">
            <w:pPr>
              <w:rPr>
                <w:szCs w:val="20"/>
              </w:rPr>
            </w:pPr>
            <w:r w:rsidRPr="00A27726">
              <w:rPr>
                <w:szCs w:val="20"/>
              </w:rPr>
              <w:t>2014</w:t>
            </w:r>
          </w:p>
        </w:tc>
        <w:tc>
          <w:tcPr>
            <w:tcW w:w="338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0EFB747" w14:textId="4C31A944" w:rsidR="000C4A35" w:rsidRPr="00A27726" w:rsidRDefault="000C4A35" w:rsidP="000C4A35">
            <w:pPr>
              <w:rPr>
                <w:szCs w:val="20"/>
              </w:rPr>
            </w:pPr>
            <w:r w:rsidRPr="00A27726">
              <w:rPr>
                <w:szCs w:val="20"/>
              </w:rPr>
              <w:t>Mangalore University</w:t>
            </w:r>
          </w:p>
        </w:tc>
      </w:tr>
      <w:tr w:rsidR="000C4A35" w:rsidRPr="00A27726" w14:paraId="74F74C4F" w14:textId="77777777" w:rsidTr="000C4A35">
        <w:trPr>
          <w:jc w:val="center"/>
        </w:trPr>
        <w:tc>
          <w:tcPr>
            <w:tcW w:w="338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67C2F90" w14:textId="15903046" w:rsidR="000C4A35" w:rsidRPr="00A27726" w:rsidRDefault="000C4A35" w:rsidP="000C4A35">
            <w:pPr>
              <w:rPr>
                <w:szCs w:val="20"/>
              </w:rPr>
            </w:pPr>
            <w:r w:rsidRPr="00A27726">
              <w:rPr>
                <w:szCs w:val="20"/>
              </w:rPr>
              <w:t>B.Ed. Physical Science</w:t>
            </w:r>
          </w:p>
        </w:tc>
        <w:tc>
          <w:tcPr>
            <w:tcW w:w="338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5399275" w14:textId="764B59BC" w:rsidR="000C4A35" w:rsidRPr="00A27726" w:rsidRDefault="000C4A35" w:rsidP="000C4A35">
            <w:pPr>
              <w:rPr>
                <w:szCs w:val="20"/>
              </w:rPr>
            </w:pPr>
            <w:r w:rsidRPr="00A27726">
              <w:rPr>
                <w:szCs w:val="20"/>
              </w:rPr>
              <w:t>2019</w:t>
            </w:r>
          </w:p>
        </w:tc>
        <w:tc>
          <w:tcPr>
            <w:tcW w:w="338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CB488F7" w14:textId="73E7B968" w:rsidR="000C4A35" w:rsidRPr="00A27726" w:rsidRDefault="000C4A35" w:rsidP="000C4A35">
            <w:pPr>
              <w:rPr>
                <w:szCs w:val="20"/>
              </w:rPr>
            </w:pPr>
            <w:r w:rsidRPr="00A27726">
              <w:rPr>
                <w:szCs w:val="20"/>
              </w:rPr>
              <w:t>Kannur University</w:t>
            </w:r>
          </w:p>
        </w:tc>
      </w:tr>
      <w:tr w:rsidR="000C4A35" w:rsidRPr="00A27726" w14:paraId="192ACEE9" w14:textId="77777777" w:rsidTr="000C4A35">
        <w:trPr>
          <w:jc w:val="center"/>
        </w:trPr>
        <w:tc>
          <w:tcPr>
            <w:tcW w:w="338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6F85161" w14:textId="5DE606D1" w:rsidR="000C4A35" w:rsidRPr="00A27726" w:rsidRDefault="000C4A35" w:rsidP="000C4A35">
            <w:pPr>
              <w:rPr>
                <w:szCs w:val="20"/>
              </w:rPr>
            </w:pPr>
            <w:r w:rsidRPr="00A27726">
              <w:rPr>
                <w:szCs w:val="20"/>
              </w:rPr>
              <w:t>Qualified CSIR-UGC-NET</w:t>
            </w:r>
          </w:p>
        </w:tc>
        <w:tc>
          <w:tcPr>
            <w:tcW w:w="338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F56B88D" w14:textId="47177612" w:rsidR="000C4A35" w:rsidRPr="00A27726" w:rsidRDefault="000C4A35" w:rsidP="000C4A35">
            <w:pPr>
              <w:rPr>
                <w:szCs w:val="20"/>
              </w:rPr>
            </w:pPr>
            <w:r w:rsidRPr="00A27726">
              <w:rPr>
                <w:szCs w:val="20"/>
              </w:rPr>
              <w:t>2017 and 2022</w:t>
            </w:r>
          </w:p>
        </w:tc>
        <w:tc>
          <w:tcPr>
            <w:tcW w:w="338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CF2C98C" w14:textId="77777777" w:rsidR="000C4A35" w:rsidRPr="00A27726" w:rsidRDefault="000C4A35" w:rsidP="000C4A35">
            <w:pPr>
              <w:rPr>
                <w:szCs w:val="20"/>
              </w:rPr>
            </w:pPr>
          </w:p>
        </w:tc>
      </w:tr>
      <w:tr w:rsidR="000C4A35" w:rsidRPr="00A27726" w14:paraId="6FC9263E" w14:textId="77777777" w:rsidTr="000C4A35">
        <w:trPr>
          <w:jc w:val="center"/>
        </w:trPr>
        <w:tc>
          <w:tcPr>
            <w:tcW w:w="3386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FFF3B1C" w14:textId="24C578C6" w:rsidR="000C4A35" w:rsidRPr="00A27726" w:rsidRDefault="000C4A35" w:rsidP="000C4A35">
            <w:pPr>
              <w:rPr>
                <w:szCs w:val="20"/>
              </w:rPr>
            </w:pPr>
            <w:r w:rsidRPr="00A27726">
              <w:rPr>
                <w:szCs w:val="20"/>
              </w:rPr>
              <w:t>Qualified SET - Physics</w:t>
            </w:r>
          </w:p>
        </w:tc>
        <w:tc>
          <w:tcPr>
            <w:tcW w:w="338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D8B673A" w14:textId="66C62D84" w:rsidR="000C4A35" w:rsidRPr="00A27726" w:rsidRDefault="000C4A35" w:rsidP="000C4A35">
            <w:pPr>
              <w:rPr>
                <w:szCs w:val="20"/>
              </w:rPr>
            </w:pPr>
            <w:r w:rsidRPr="00A27726">
              <w:rPr>
                <w:szCs w:val="20"/>
              </w:rPr>
              <w:t>2020</w:t>
            </w:r>
          </w:p>
        </w:tc>
        <w:tc>
          <w:tcPr>
            <w:tcW w:w="338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80415E8" w14:textId="77777777" w:rsidR="000C4A35" w:rsidRPr="00A27726" w:rsidRDefault="000C4A35" w:rsidP="000C4A35">
            <w:pPr>
              <w:rPr>
                <w:szCs w:val="20"/>
              </w:rPr>
            </w:pPr>
          </w:p>
        </w:tc>
      </w:tr>
    </w:tbl>
    <w:p w14:paraId="3C512A43" w14:textId="4A1CA1A6" w:rsidR="00D51EF9" w:rsidRDefault="00000000">
      <w:pPr>
        <w:pBdr>
          <w:bottom w:val="single" w:sz="8" w:space="2" w:color="1F4E79"/>
        </w:pBdr>
        <w:spacing w:before="180" w:after="80"/>
      </w:pPr>
      <w:r>
        <w:rPr>
          <w:b/>
          <w:color w:val="1F4E79"/>
          <w:sz w:val="23"/>
        </w:rPr>
        <w:t>ACADEMIC</w:t>
      </w:r>
      <w:r w:rsidR="000C4A35">
        <w:rPr>
          <w:b/>
          <w:color w:val="1F4E79"/>
          <w:sz w:val="23"/>
        </w:rPr>
        <w:t xml:space="preserve"> PROFILE</w:t>
      </w:r>
    </w:p>
    <w:p w14:paraId="282A2578" w14:textId="77777777" w:rsidR="000C4A35" w:rsidRDefault="000C4A35" w:rsidP="000C4A35">
      <w:pPr>
        <w:spacing w:after="20"/>
      </w:pPr>
      <w:r>
        <w:rPr>
          <w:b/>
          <w:sz w:val="21"/>
        </w:rPr>
        <w:t xml:space="preserve">Assistant Professor / </w:t>
      </w:r>
      <w:proofErr w:type="gramStart"/>
      <w:r>
        <w:rPr>
          <w:b/>
          <w:sz w:val="21"/>
        </w:rPr>
        <w:t>Faculty</w:t>
      </w:r>
      <w:r>
        <w:rPr>
          <w:i/>
          <w:sz w:val="19"/>
        </w:rPr>
        <w:t xml:space="preserve">  |</w:t>
      </w:r>
      <w:proofErr w:type="gramEnd"/>
      <w:r>
        <w:rPr>
          <w:i/>
          <w:sz w:val="19"/>
        </w:rPr>
        <w:t xml:space="preserve">  August-2026 – Continuing</w:t>
      </w:r>
    </w:p>
    <w:p w14:paraId="73EC356C" w14:textId="77777777" w:rsidR="000C4A35" w:rsidRDefault="000C4A35" w:rsidP="000C4A35">
      <w:pPr>
        <w:spacing w:after="20"/>
        <w:ind w:left="216"/>
      </w:pPr>
      <w:r>
        <w:rPr>
          <w:b/>
        </w:rPr>
        <w:t>Govt. College Kasaragod, Kerala, India</w:t>
      </w:r>
    </w:p>
    <w:p w14:paraId="39B8E7EC" w14:textId="77777777" w:rsidR="000C4A35" w:rsidRDefault="000C4A35">
      <w:pPr>
        <w:spacing w:after="20"/>
        <w:rPr>
          <w:b/>
          <w:sz w:val="21"/>
        </w:rPr>
      </w:pPr>
    </w:p>
    <w:p w14:paraId="10CF0DD5" w14:textId="47CA5F5A" w:rsidR="00D51EF9" w:rsidRDefault="00000000">
      <w:pPr>
        <w:spacing w:after="20"/>
      </w:pPr>
      <w:r>
        <w:rPr>
          <w:b/>
          <w:sz w:val="21"/>
        </w:rPr>
        <w:t>As</w:t>
      </w:r>
      <w:r w:rsidR="000C4A35">
        <w:rPr>
          <w:b/>
          <w:sz w:val="21"/>
        </w:rPr>
        <w:t>sistant</w:t>
      </w:r>
      <w:r>
        <w:rPr>
          <w:b/>
          <w:sz w:val="21"/>
        </w:rPr>
        <w:t xml:space="preserve"> Professor / </w:t>
      </w:r>
      <w:proofErr w:type="gramStart"/>
      <w:r>
        <w:rPr>
          <w:b/>
          <w:sz w:val="21"/>
        </w:rPr>
        <w:t>Faculty</w:t>
      </w:r>
      <w:r>
        <w:rPr>
          <w:i/>
          <w:sz w:val="19"/>
        </w:rPr>
        <w:t xml:space="preserve">  |</w:t>
      </w:r>
      <w:proofErr w:type="gramEnd"/>
      <w:r>
        <w:rPr>
          <w:i/>
          <w:sz w:val="19"/>
        </w:rPr>
        <w:t xml:space="preserve">  </w:t>
      </w:r>
      <w:r w:rsidR="000C4A35">
        <w:rPr>
          <w:i/>
          <w:sz w:val="19"/>
        </w:rPr>
        <w:t>March -</w:t>
      </w:r>
      <w:r>
        <w:rPr>
          <w:i/>
          <w:sz w:val="19"/>
        </w:rPr>
        <w:t xml:space="preserve">2026 – </w:t>
      </w:r>
      <w:r w:rsidR="000C4A35">
        <w:rPr>
          <w:i/>
          <w:sz w:val="19"/>
        </w:rPr>
        <w:t>August 2026</w:t>
      </w:r>
    </w:p>
    <w:p w14:paraId="72524E69" w14:textId="08C94D16" w:rsidR="00D51EF9" w:rsidRDefault="000C4A35">
      <w:pPr>
        <w:spacing w:after="20"/>
        <w:ind w:left="216"/>
      </w:pPr>
      <w:r>
        <w:rPr>
          <w:b/>
        </w:rPr>
        <w:t xml:space="preserve">EKNM </w:t>
      </w:r>
      <w:r w:rsidR="00000000">
        <w:rPr>
          <w:b/>
        </w:rPr>
        <w:t xml:space="preserve">Govt. College </w:t>
      </w:r>
      <w:proofErr w:type="spellStart"/>
      <w:r>
        <w:rPr>
          <w:b/>
        </w:rPr>
        <w:t>Elerithattu</w:t>
      </w:r>
      <w:proofErr w:type="spellEnd"/>
      <w:r>
        <w:rPr>
          <w:b/>
        </w:rPr>
        <w:t xml:space="preserve">, </w:t>
      </w:r>
      <w:r w:rsidR="00000000">
        <w:rPr>
          <w:b/>
        </w:rPr>
        <w:t>Kasaragod, Kerala, India</w:t>
      </w:r>
    </w:p>
    <w:p w14:paraId="4F97E972" w14:textId="77777777" w:rsidR="000C4A35" w:rsidRDefault="000C4A35">
      <w:pPr>
        <w:spacing w:after="20"/>
        <w:rPr>
          <w:b/>
          <w:sz w:val="21"/>
        </w:rPr>
      </w:pPr>
    </w:p>
    <w:p w14:paraId="70151899" w14:textId="411469B5" w:rsidR="00D51EF9" w:rsidRDefault="000C4A35">
      <w:pPr>
        <w:spacing w:after="20"/>
      </w:pPr>
      <w:r>
        <w:rPr>
          <w:b/>
          <w:sz w:val="21"/>
        </w:rPr>
        <w:t xml:space="preserve">HSST Physics / Faculty </w:t>
      </w:r>
      <w:proofErr w:type="gramStart"/>
      <w:r w:rsidR="00000000">
        <w:rPr>
          <w:i/>
          <w:sz w:val="19"/>
        </w:rPr>
        <w:t xml:space="preserve">|  </w:t>
      </w:r>
      <w:r>
        <w:rPr>
          <w:i/>
          <w:sz w:val="19"/>
        </w:rPr>
        <w:t>June</w:t>
      </w:r>
      <w:proofErr w:type="gramEnd"/>
      <w:r>
        <w:rPr>
          <w:i/>
          <w:sz w:val="19"/>
        </w:rPr>
        <w:t xml:space="preserve"> - </w:t>
      </w:r>
      <w:r w:rsidR="00000000">
        <w:rPr>
          <w:i/>
          <w:sz w:val="19"/>
        </w:rPr>
        <w:t>20</w:t>
      </w:r>
      <w:r>
        <w:rPr>
          <w:i/>
          <w:sz w:val="19"/>
        </w:rPr>
        <w:t>22</w:t>
      </w:r>
      <w:r w:rsidR="00000000">
        <w:rPr>
          <w:i/>
          <w:sz w:val="19"/>
        </w:rPr>
        <w:t xml:space="preserve"> –</w:t>
      </w:r>
      <w:r>
        <w:rPr>
          <w:i/>
          <w:sz w:val="19"/>
        </w:rPr>
        <w:t xml:space="preserve"> March -</w:t>
      </w:r>
      <w:r w:rsidR="00000000">
        <w:rPr>
          <w:i/>
          <w:sz w:val="19"/>
        </w:rPr>
        <w:t xml:space="preserve"> 2026</w:t>
      </w:r>
    </w:p>
    <w:p w14:paraId="466F7B2B" w14:textId="77777777" w:rsidR="00A27726" w:rsidRDefault="00A27726" w:rsidP="00A27726">
      <w:pPr>
        <w:spacing w:after="20"/>
        <w:ind w:left="216"/>
        <w:rPr>
          <w:b/>
        </w:rPr>
      </w:pPr>
      <w:r>
        <w:rPr>
          <w:b/>
        </w:rPr>
        <w:t xml:space="preserve">GHSS </w:t>
      </w:r>
      <w:proofErr w:type="spellStart"/>
      <w:r>
        <w:rPr>
          <w:b/>
        </w:rPr>
        <w:t>Kundamkuzhy</w:t>
      </w:r>
      <w:proofErr w:type="spellEnd"/>
      <w:r>
        <w:rPr>
          <w:b/>
        </w:rPr>
        <w:t>, Kasaragod</w:t>
      </w:r>
    </w:p>
    <w:p w14:paraId="32EAF524" w14:textId="77777777" w:rsidR="00A27726" w:rsidRDefault="00A27726" w:rsidP="00A27726">
      <w:pPr>
        <w:spacing w:after="20"/>
        <w:ind w:left="216"/>
        <w:rPr>
          <w:b/>
        </w:rPr>
      </w:pPr>
      <w:r>
        <w:rPr>
          <w:b/>
        </w:rPr>
        <w:t xml:space="preserve">GHSS </w:t>
      </w:r>
      <w:proofErr w:type="spellStart"/>
      <w:r>
        <w:rPr>
          <w:b/>
        </w:rPr>
        <w:t>Chavassery</w:t>
      </w:r>
      <w:proofErr w:type="spellEnd"/>
      <w:r>
        <w:rPr>
          <w:b/>
        </w:rPr>
        <w:t>, Kannur</w:t>
      </w:r>
    </w:p>
    <w:p w14:paraId="7E557470" w14:textId="6EB1B7F4" w:rsidR="00D51EF9" w:rsidRDefault="00A27726" w:rsidP="00A27726">
      <w:pPr>
        <w:spacing w:after="20"/>
        <w:ind w:left="216"/>
      </w:pPr>
      <w:r>
        <w:rPr>
          <w:b/>
        </w:rPr>
        <w:t xml:space="preserve">GHSS </w:t>
      </w:r>
      <w:proofErr w:type="spellStart"/>
      <w:r>
        <w:rPr>
          <w:b/>
        </w:rPr>
        <w:t>Kozhichal</w:t>
      </w:r>
      <w:proofErr w:type="spellEnd"/>
      <w:r>
        <w:rPr>
          <w:b/>
        </w:rPr>
        <w:t>, Kannur</w:t>
      </w:r>
    </w:p>
    <w:p w14:paraId="0FBA8B20" w14:textId="5DA88E48" w:rsidR="00D51EF9" w:rsidRDefault="00000000">
      <w:pPr>
        <w:pBdr>
          <w:bottom w:val="single" w:sz="8" w:space="2" w:color="1F4E79"/>
        </w:pBdr>
        <w:spacing w:before="180" w:after="80"/>
      </w:pPr>
      <w:r>
        <w:rPr>
          <w:b/>
          <w:color w:val="1F4E79"/>
          <w:sz w:val="23"/>
        </w:rPr>
        <w:t>TEACHING INTERESTS</w:t>
      </w:r>
    </w:p>
    <w:p w14:paraId="3DD61217" w14:textId="77777777" w:rsidR="00A27726" w:rsidRDefault="00A27726" w:rsidP="00A27726">
      <w:pPr>
        <w:spacing w:after="80"/>
        <w:ind w:firstLine="284"/>
      </w:pPr>
      <w:r>
        <w:t>Classical Mechanics</w:t>
      </w:r>
    </w:p>
    <w:p w14:paraId="0278151C" w14:textId="6016E622" w:rsidR="00D51EF9" w:rsidRDefault="00A27726" w:rsidP="00A27726">
      <w:pPr>
        <w:spacing w:after="80"/>
        <w:ind w:firstLine="284"/>
      </w:pPr>
      <w:r>
        <w:t>Nuclear and Particle Physics</w:t>
      </w:r>
    </w:p>
    <w:p w14:paraId="0153FC93" w14:textId="60F57F32" w:rsidR="00A27726" w:rsidRDefault="00A27726" w:rsidP="00A27726">
      <w:pPr>
        <w:spacing w:after="80"/>
        <w:ind w:firstLine="284"/>
      </w:pPr>
      <w:r>
        <w:t>Methods in Mathematical Physics</w:t>
      </w:r>
    </w:p>
    <w:p w14:paraId="1743E431" w14:textId="4E244278" w:rsidR="00A27726" w:rsidRDefault="00A27726" w:rsidP="00A27726">
      <w:pPr>
        <w:spacing w:after="80"/>
        <w:ind w:firstLine="284"/>
      </w:pPr>
      <w:r>
        <w:t>Condensed Matter Physics</w:t>
      </w:r>
    </w:p>
    <w:p w14:paraId="5FCAB70D" w14:textId="1B52EA1D" w:rsidR="00A27726" w:rsidRDefault="00A27726" w:rsidP="00A27726">
      <w:pPr>
        <w:pBdr>
          <w:bottom w:val="single" w:sz="8" w:space="2" w:color="1F4E79"/>
        </w:pBdr>
        <w:spacing w:before="180" w:after="80"/>
      </w:pPr>
    </w:p>
    <w:p w14:paraId="30AC5F24" w14:textId="77777777" w:rsidR="00A27726" w:rsidRDefault="00A27726" w:rsidP="00A27726">
      <w:pPr>
        <w:spacing w:after="80"/>
        <w:ind w:firstLine="284"/>
      </w:pPr>
    </w:p>
    <w:sectPr w:rsidR="00A27726" w:rsidSect="00034616">
      <w:footerReference w:type="default" r:id="rId10"/>
      <w:pgSz w:w="12240" w:h="15840"/>
      <w:pgMar w:top="792" w:right="1037" w:bottom="792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AAFD4" w14:textId="77777777" w:rsidR="001C2C89" w:rsidRDefault="001C2C89">
      <w:pPr>
        <w:spacing w:after="0" w:line="240" w:lineRule="auto"/>
      </w:pPr>
      <w:r>
        <w:separator/>
      </w:r>
    </w:p>
  </w:endnote>
  <w:endnote w:type="continuationSeparator" w:id="0">
    <w:p w14:paraId="337E68FD" w14:textId="77777777" w:rsidR="001C2C89" w:rsidRDefault="001C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72599" w14:textId="518DF79A" w:rsidR="00D51EF9" w:rsidRDefault="00A27726">
    <w:pPr>
      <w:pStyle w:val="Footer"/>
      <w:jc w:val="center"/>
    </w:pPr>
    <w:r>
      <w:rPr>
        <w:color w:val="646464"/>
        <w:sz w:val="16"/>
      </w:rPr>
      <w:t xml:space="preserve">Naveen Kumar </w:t>
    </w:r>
    <w:proofErr w:type="gramStart"/>
    <w:r>
      <w:rPr>
        <w:color w:val="646464"/>
        <w:sz w:val="16"/>
      </w:rPr>
      <w:t>P</w:t>
    </w:r>
    <w:r w:rsidR="00000000">
      <w:rPr>
        <w:color w:val="646464"/>
        <w:sz w:val="16"/>
      </w:rPr>
      <w:t xml:space="preserve">  •</w:t>
    </w:r>
    <w:proofErr w:type="gramEnd"/>
    <w:r w:rsidR="00000000">
      <w:rPr>
        <w:color w:val="646464"/>
        <w:sz w:val="16"/>
      </w:rPr>
      <w:t xml:space="preserve">  Curriculum Vitae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11808" w14:textId="77777777" w:rsidR="001C2C89" w:rsidRDefault="001C2C89">
      <w:pPr>
        <w:spacing w:after="0" w:line="240" w:lineRule="auto"/>
      </w:pPr>
      <w:r>
        <w:separator/>
      </w:r>
    </w:p>
  </w:footnote>
  <w:footnote w:type="continuationSeparator" w:id="0">
    <w:p w14:paraId="10150DC8" w14:textId="77777777" w:rsidR="001C2C89" w:rsidRDefault="001C2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1532608">
    <w:abstractNumId w:val="8"/>
  </w:num>
  <w:num w:numId="2" w16cid:durableId="1905794566">
    <w:abstractNumId w:val="6"/>
  </w:num>
  <w:num w:numId="3" w16cid:durableId="1457018674">
    <w:abstractNumId w:val="5"/>
  </w:num>
  <w:num w:numId="4" w16cid:durableId="257494676">
    <w:abstractNumId w:val="4"/>
  </w:num>
  <w:num w:numId="5" w16cid:durableId="1074816739">
    <w:abstractNumId w:val="7"/>
  </w:num>
  <w:num w:numId="6" w16cid:durableId="123814085">
    <w:abstractNumId w:val="3"/>
  </w:num>
  <w:num w:numId="7" w16cid:durableId="13239485">
    <w:abstractNumId w:val="2"/>
  </w:num>
  <w:num w:numId="8" w16cid:durableId="919750021">
    <w:abstractNumId w:val="1"/>
  </w:num>
  <w:num w:numId="9" w16cid:durableId="598950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9C8"/>
    <w:rsid w:val="0006063C"/>
    <w:rsid w:val="000C4A35"/>
    <w:rsid w:val="000D4F05"/>
    <w:rsid w:val="0015074B"/>
    <w:rsid w:val="001C2C89"/>
    <w:rsid w:val="0029639D"/>
    <w:rsid w:val="00326F90"/>
    <w:rsid w:val="003B6B67"/>
    <w:rsid w:val="005277A2"/>
    <w:rsid w:val="00527FC3"/>
    <w:rsid w:val="00654936"/>
    <w:rsid w:val="00775824"/>
    <w:rsid w:val="00836075"/>
    <w:rsid w:val="009174BF"/>
    <w:rsid w:val="00A27726"/>
    <w:rsid w:val="00A56264"/>
    <w:rsid w:val="00AA1D8D"/>
    <w:rsid w:val="00B06804"/>
    <w:rsid w:val="00B47730"/>
    <w:rsid w:val="00CB0664"/>
    <w:rsid w:val="00CC62A1"/>
    <w:rsid w:val="00D51E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8481B0"/>
  <w14:defaultImageDpi w14:val="300"/>
  <w15:docId w15:val="{CCE181D3-76F2-4186-B6A9-6D7A8ED28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5277A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277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7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aveennaik30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Pradeesh K</cp:lastModifiedBy>
  <cp:revision>3</cp:revision>
  <dcterms:created xsi:type="dcterms:W3CDTF">2026-09-03T08:42:00Z</dcterms:created>
  <dcterms:modified xsi:type="dcterms:W3CDTF">2026-09-03T09:01:00Z</dcterms:modified>
  <cp:category/>
</cp:coreProperties>
</file>